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31C3" w14:textId="7522CA1A" w:rsidR="00673F45" w:rsidRDefault="00235F09">
      <w:pPr>
        <w:jc w:val="center"/>
      </w:pPr>
      <w:r>
        <w:t>S</w:t>
      </w:r>
      <w:r w:rsidR="00000000">
        <w:rPr>
          <w:noProof/>
        </w:rPr>
        <w:drawing>
          <wp:inline distT="0" distB="0" distL="0" distR="0" wp14:anchorId="52B046BF" wp14:editId="4F96FE9A">
            <wp:extent cx="1097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 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0EAFE" w14:textId="77777777" w:rsidR="00673F45" w:rsidRDefault="00000000">
      <w:pPr>
        <w:jc w:val="center"/>
      </w:pPr>
      <w:r>
        <w:rPr>
          <w:b/>
          <w:sz w:val="40"/>
        </w:rPr>
        <w:t>EMPLOYMENT APPLICATION</w:t>
      </w:r>
    </w:p>
    <w:p w14:paraId="2D73F482" w14:textId="77777777" w:rsidR="00673F45" w:rsidRDefault="00000000">
      <w:pPr>
        <w:jc w:val="center"/>
      </w:pPr>
      <w:r>
        <w:rPr>
          <w:sz w:val="20"/>
        </w:rPr>
        <w:t>The Candy Lady</w:t>
      </w:r>
      <w:r>
        <w:rPr>
          <w:sz w:val="20"/>
        </w:rPr>
        <w:br/>
        <w:t>640 Romence Rd., Suite 111 • Portage, MI 49024</w:t>
      </w:r>
      <w:r>
        <w:rPr>
          <w:sz w:val="20"/>
        </w:rPr>
        <w:br/>
        <w:t>www.shopcandylady.com</w:t>
      </w:r>
    </w:p>
    <w:p w14:paraId="5477D7B9" w14:textId="77777777" w:rsidR="00673F45" w:rsidRDefault="00000000">
      <w:pPr>
        <w:pStyle w:val="Heading2"/>
      </w:pPr>
      <w:r>
        <w:t>Applicant Information</w:t>
      </w:r>
    </w:p>
    <w:p w14:paraId="149BAC67" w14:textId="77777777" w:rsidR="00673F45" w:rsidRDefault="00000000">
      <w:r>
        <w:rPr>
          <w:b/>
        </w:rPr>
        <w:t>Full Name:</w:t>
      </w:r>
      <w:r>
        <w:t xml:space="preserve"> __________________________________________________</w:t>
      </w:r>
    </w:p>
    <w:p w14:paraId="333196E1" w14:textId="77777777" w:rsidR="00673F45" w:rsidRDefault="00000000">
      <w:r>
        <w:rPr>
          <w:b/>
        </w:rPr>
        <w:t>Address:</w:t>
      </w:r>
      <w:r>
        <w:t xml:space="preserve"> __________________________________________________</w:t>
      </w:r>
    </w:p>
    <w:p w14:paraId="1075F6B4" w14:textId="77777777" w:rsidR="00673F45" w:rsidRDefault="00000000">
      <w:r>
        <w:rPr>
          <w:b/>
        </w:rPr>
        <w:t>City, State, ZIP:</w:t>
      </w:r>
      <w:r>
        <w:t xml:space="preserve"> __________________________________________________</w:t>
      </w:r>
    </w:p>
    <w:p w14:paraId="18861D60" w14:textId="77777777" w:rsidR="00673F45" w:rsidRDefault="00000000">
      <w:r>
        <w:rPr>
          <w:b/>
        </w:rPr>
        <w:t>Phone:</w:t>
      </w:r>
      <w:r>
        <w:t xml:space="preserve"> __________________________________________________</w:t>
      </w:r>
    </w:p>
    <w:p w14:paraId="6C21B860" w14:textId="77777777" w:rsidR="00673F45" w:rsidRDefault="00000000">
      <w:r>
        <w:rPr>
          <w:b/>
        </w:rPr>
        <w:t>Email:</w:t>
      </w:r>
      <w:r>
        <w:t xml:space="preserve"> __________________________________________________</w:t>
      </w:r>
    </w:p>
    <w:p w14:paraId="64AB262C" w14:textId="77777777" w:rsidR="00673F45" w:rsidRDefault="00000000">
      <w:r>
        <w:rPr>
          <w:b/>
        </w:rPr>
        <w:t>Date:</w:t>
      </w:r>
      <w:r>
        <w:t xml:space="preserve"> __________________________________________________</w:t>
      </w:r>
    </w:p>
    <w:p w14:paraId="14E44406" w14:textId="77777777" w:rsidR="00673F45" w:rsidRDefault="00000000">
      <w:r>
        <w:t>Are you at least 18 years old?   ☐ Yes   ☐ No</w:t>
      </w:r>
    </w:p>
    <w:p w14:paraId="14124C16" w14:textId="77777777" w:rsidR="00673F45" w:rsidRDefault="00000000">
      <w:pPr>
        <w:pStyle w:val="Heading2"/>
      </w:pPr>
      <w:r>
        <w:t>Position Information</w:t>
      </w:r>
    </w:p>
    <w:p w14:paraId="1CFD9A6C" w14:textId="77777777" w:rsidR="00673F45" w:rsidRDefault="00000000">
      <w:r>
        <w:t>Position(s) Applying For:</w:t>
      </w:r>
      <w:r>
        <w:br/>
        <w:t>☐ Retail Sales Associate</w:t>
      </w:r>
      <w:r>
        <w:br/>
        <w:t>☐ Chocolate Production Assistant</w:t>
      </w:r>
      <w:r>
        <w:br/>
        <w:t>☐ Class &amp; Event Assistant</w:t>
      </w:r>
      <w:r>
        <w:br/>
        <w:t>☐ Seasonal/Holiday Associate</w:t>
      </w:r>
      <w:r>
        <w:br/>
        <w:t>☐ Other: __________________</w:t>
      </w:r>
    </w:p>
    <w:p w14:paraId="4819DE13" w14:textId="77777777" w:rsidR="00673F45" w:rsidRDefault="00000000">
      <w:r>
        <w:rPr>
          <w:b/>
        </w:rPr>
        <w:t>Desired Start Date:</w:t>
      </w:r>
      <w:r>
        <w:t xml:space="preserve"> __________________________________________________</w:t>
      </w:r>
    </w:p>
    <w:p w14:paraId="23696BA0" w14:textId="77777777" w:rsidR="00673F45" w:rsidRDefault="00000000">
      <w:r>
        <w:t>Desired Hours: ☐ Full-Time   ☐ Part-Time   ☐ Seasonal</w:t>
      </w:r>
    </w:p>
    <w:p w14:paraId="1E52A21C" w14:textId="77777777" w:rsidR="00673F45" w:rsidRDefault="00000000">
      <w:r>
        <w:t>Available to Work:</w:t>
      </w:r>
      <w:r>
        <w:br/>
        <w:t>☐ Wednesday   ☐ Thursday   ☐ Friday   ☐ Saturday</w:t>
      </w:r>
      <w:r>
        <w:br/>
        <w:t>☐ Holiday Season (Halloween, Christmas, Valentine's, Easter)</w:t>
      </w:r>
    </w:p>
    <w:p w14:paraId="6321BC80" w14:textId="77777777" w:rsidR="00673F45" w:rsidRDefault="00000000">
      <w:r>
        <w:t>Please list any scheduling restrictions:</w:t>
      </w:r>
      <w:r>
        <w:br/>
      </w:r>
      <w:r>
        <w:br/>
        <w:t>______________________________________________________________</w:t>
      </w:r>
      <w:r>
        <w:br/>
        <w:t>______________________________________________________________</w:t>
      </w:r>
    </w:p>
    <w:p w14:paraId="20495A69" w14:textId="77777777" w:rsidR="00673F45" w:rsidRDefault="00000000">
      <w:pPr>
        <w:pStyle w:val="Heading2"/>
      </w:pPr>
      <w:r>
        <w:lastRenderedPageBreak/>
        <w:t>Education</w:t>
      </w:r>
    </w:p>
    <w:p w14:paraId="391E34CD" w14:textId="77777777" w:rsidR="00673F45" w:rsidRDefault="00000000">
      <w:r>
        <w:rPr>
          <w:b/>
        </w:rPr>
        <w:t>High School:</w:t>
      </w:r>
      <w:r>
        <w:t xml:space="preserve"> __________________________________________________</w:t>
      </w:r>
    </w:p>
    <w:p w14:paraId="56DC8153" w14:textId="77777777" w:rsidR="00673F45" w:rsidRDefault="00000000">
      <w:r>
        <w:rPr>
          <w:b/>
        </w:rPr>
        <w:t>College/Trade School (if applicable):</w:t>
      </w:r>
      <w:r>
        <w:t xml:space="preserve"> __________________________________________________</w:t>
      </w:r>
    </w:p>
    <w:p w14:paraId="645A39B9" w14:textId="77777777" w:rsidR="00673F45" w:rsidRDefault="00000000">
      <w:r>
        <w:rPr>
          <w:b/>
        </w:rPr>
        <w:t>Degree/Area of Study:</w:t>
      </w:r>
      <w:r>
        <w:t xml:space="preserve"> __________________________________________________</w:t>
      </w:r>
    </w:p>
    <w:p w14:paraId="74654F9C" w14:textId="77777777" w:rsidR="00673F45" w:rsidRDefault="00000000">
      <w:pPr>
        <w:pStyle w:val="Heading2"/>
      </w:pPr>
      <w:r>
        <w:t>Employment History</w:t>
      </w:r>
    </w:p>
    <w:p w14:paraId="6DAC18F8" w14:textId="77777777" w:rsidR="00673F45" w:rsidRDefault="00000000">
      <w:pPr>
        <w:pStyle w:val="Heading3"/>
      </w:pPr>
      <w:r>
        <w:t>Most Recent Employer</w:t>
      </w:r>
    </w:p>
    <w:p w14:paraId="7E46C153" w14:textId="77777777" w:rsidR="00673F45" w:rsidRDefault="00000000">
      <w:r>
        <w:rPr>
          <w:b/>
        </w:rPr>
        <w:t>Company:</w:t>
      </w:r>
      <w:r>
        <w:t xml:space="preserve"> __________________________________________________</w:t>
      </w:r>
    </w:p>
    <w:p w14:paraId="7B738842" w14:textId="77777777" w:rsidR="00673F45" w:rsidRDefault="00000000">
      <w:r>
        <w:rPr>
          <w:b/>
        </w:rPr>
        <w:t>Position:</w:t>
      </w:r>
      <w:r>
        <w:t xml:space="preserve"> __________________________________________________</w:t>
      </w:r>
    </w:p>
    <w:p w14:paraId="1A3F369A" w14:textId="77777777" w:rsidR="00673F45" w:rsidRDefault="00000000">
      <w:r>
        <w:rPr>
          <w:b/>
        </w:rPr>
        <w:t>Dates Employed:</w:t>
      </w:r>
      <w:r>
        <w:t xml:space="preserve"> __________________________________________________</w:t>
      </w:r>
    </w:p>
    <w:p w14:paraId="061E77B5" w14:textId="77777777" w:rsidR="00673F45" w:rsidRDefault="00000000">
      <w:r>
        <w:rPr>
          <w:b/>
        </w:rPr>
        <w:t>Supervisor:</w:t>
      </w:r>
      <w:r>
        <w:t xml:space="preserve"> __________________________________________________</w:t>
      </w:r>
    </w:p>
    <w:p w14:paraId="59E31259" w14:textId="77777777" w:rsidR="00673F45" w:rsidRDefault="00000000">
      <w:r>
        <w:rPr>
          <w:b/>
        </w:rPr>
        <w:t>Phone:</w:t>
      </w:r>
      <w:r>
        <w:t xml:space="preserve"> __________________________________________________</w:t>
      </w:r>
    </w:p>
    <w:p w14:paraId="7743D7FD" w14:textId="77777777" w:rsidR="00673F45" w:rsidRDefault="00000000">
      <w:r>
        <w:t>Responsibilities:</w:t>
      </w:r>
      <w:r>
        <w:br/>
      </w:r>
      <w:r>
        <w:br/>
        <w:t>______________________________________________________________</w:t>
      </w:r>
      <w:r>
        <w:br/>
        <w:t>______________________________________________________________</w:t>
      </w:r>
    </w:p>
    <w:p w14:paraId="00C20830" w14:textId="77777777" w:rsidR="00673F45" w:rsidRDefault="00000000">
      <w:r>
        <w:t>Reason for Leaving:</w:t>
      </w:r>
      <w:r>
        <w:br/>
      </w:r>
      <w:r>
        <w:br/>
        <w:t>______________________________________________________________</w:t>
      </w:r>
    </w:p>
    <w:p w14:paraId="2EC0D5E8" w14:textId="77777777" w:rsidR="00673F45" w:rsidRDefault="00000000">
      <w:r>
        <w:t>May we contact this employer? ☐ Yes ☐ No</w:t>
      </w:r>
    </w:p>
    <w:p w14:paraId="36DAEF2A" w14:textId="77777777" w:rsidR="00673F45" w:rsidRDefault="00000000">
      <w:pPr>
        <w:pStyle w:val="Heading3"/>
      </w:pPr>
      <w:r>
        <w:t>Previous Employer</w:t>
      </w:r>
    </w:p>
    <w:p w14:paraId="0815E0FC" w14:textId="77777777" w:rsidR="00673F45" w:rsidRDefault="00000000">
      <w:r>
        <w:rPr>
          <w:b/>
        </w:rPr>
        <w:t>Company:</w:t>
      </w:r>
      <w:r>
        <w:t xml:space="preserve"> __________________________________________________</w:t>
      </w:r>
    </w:p>
    <w:p w14:paraId="4A64E0B0" w14:textId="77777777" w:rsidR="00673F45" w:rsidRDefault="00000000">
      <w:r>
        <w:rPr>
          <w:b/>
        </w:rPr>
        <w:t>Position:</w:t>
      </w:r>
      <w:r>
        <w:t xml:space="preserve"> __________________________________________________</w:t>
      </w:r>
    </w:p>
    <w:p w14:paraId="1B0CA22C" w14:textId="77777777" w:rsidR="00673F45" w:rsidRDefault="00000000">
      <w:r>
        <w:rPr>
          <w:b/>
        </w:rPr>
        <w:t>Dates Employed:</w:t>
      </w:r>
      <w:r>
        <w:t xml:space="preserve"> __________________________________________________</w:t>
      </w:r>
    </w:p>
    <w:p w14:paraId="4EB62A7B" w14:textId="77777777" w:rsidR="00673F45" w:rsidRDefault="00000000">
      <w:r>
        <w:rPr>
          <w:b/>
        </w:rPr>
        <w:t>Supervisor:</w:t>
      </w:r>
      <w:r>
        <w:t xml:space="preserve"> __________________________________________________</w:t>
      </w:r>
    </w:p>
    <w:p w14:paraId="3D8888E0" w14:textId="77777777" w:rsidR="00673F45" w:rsidRDefault="00000000">
      <w:r>
        <w:rPr>
          <w:b/>
        </w:rPr>
        <w:t>Phone:</w:t>
      </w:r>
      <w:r>
        <w:t xml:space="preserve"> __________________________________________________</w:t>
      </w:r>
    </w:p>
    <w:p w14:paraId="39F7CB33" w14:textId="77777777" w:rsidR="00673F45" w:rsidRDefault="00000000">
      <w:r>
        <w:t>Responsibilities:</w:t>
      </w:r>
      <w:r>
        <w:br/>
      </w:r>
      <w:r>
        <w:br/>
        <w:t>______________________________________________________________</w:t>
      </w:r>
      <w:r>
        <w:br/>
        <w:t>______________________________________________________________</w:t>
      </w:r>
    </w:p>
    <w:p w14:paraId="723B247D" w14:textId="77777777" w:rsidR="00673F45" w:rsidRDefault="00000000">
      <w:r>
        <w:t>Reason for Leaving:</w:t>
      </w:r>
      <w:r>
        <w:br/>
      </w:r>
      <w:r>
        <w:br/>
        <w:t>______________________________________________________________</w:t>
      </w:r>
    </w:p>
    <w:p w14:paraId="61F3BBC1" w14:textId="77777777" w:rsidR="00673F45" w:rsidRDefault="00000000">
      <w:pPr>
        <w:pStyle w:val="Heading2"/>
      </w:pPr>
      <w:r>
        <w:lastRenderedPageBreak/>
        <w:t>Skills &amp; Experience</w:t>
      </w:r>
    </w:p>
    <w:p w14:paraId="5E76CE20" w14:textId="77777777" w:rsidR="00673F45" w:rsidRDefault="00000000">
      <w:r>
        <w:t>Check all that apply:</w:t>
      </w:r>
      <w:r>
        <w:br/>
        <w:t>☐ Retail Sales  ☐ Customer Service  ☐ Cash Register/POS</w:t>
      </w:r>
      <w:r>
        <w:br/>
        <w:t>☐ Food Service  ☐ Baking/Cake Decorating  ☐ Chocolate or Candy Making</w:t>
      </w:r>
      <w:r>
        <w:br/>
        <w:t>☐ Inventory/Stocking  ☐ Teaching Classes  ☐ Cleaning &amp; Organization</w:t>
      </w:r>
    </w:p>
    <w:p w14:paraId="0ECE9ADD" w14:textId="77777777" w:rsidR="00673F45" w:rsidRDefault="00000000">
      <w:r>
        <w:t>Tell us about any experience or skills that would make you a great fit:</w:t>
      </w:r>
      <w:r>
        <w:br/>
      </w:r>
      <w:r>
        <w:br/>
        <w:t>______________________________________________________________</w:t>
      </w:r>
      <w:r>
        <w:br/>
        <w:t>______________________________________________________________</w:t>
      </w:r>
    </w:p>
    <w:p w14:paraId="2717BFB7" w14:textId="77777777" w:rsidR="00673F45" w:rsidRDefault="00000000">
      <w:pPr>
        <w:pStyle w:val="Heading2"/>
      </w:pPr>
      <w:r>
        <w:t>Getting to Know You</w:t>
      </w:r>
    </w:p>
    <w:p w14:paraId="5522A87F" w14:textId="77777777" w:rsidR="00673F45" w:rsidRDefault="00000000">
      <w:r>
        <w:t>Why would you like to work at The Candy Lady?</w:t>
      </w:r>
    </w:p>
    <w:p w14:paraId="2DA6E1E3" w14:textId="77777777" w:rsidR="00673F45" w:rsidRDefault="00000000">
      <w:r>
        <w:t>______________________________________________________________</w:t>
      </w:r>
      <w:r>
        <w:br/>
        <w:t>______________________________________________________________</w:t>
      </w:r>
    </w:p>
    <w:p w14:paraId="76347B75" w14:textId="77777777" w:rsidR="00673F45" w:rsidRDefault="00000000">
      <w:r>
        <w:t>What do you enjoy most about helping customers?</w:t>
      </w:r>
    </w:p>
    <w:p w14:paraId="567127F8" w14:textId="77777777" w:rsidR="00673F45" w:rsidRDefault="00000000">
      <w:r>
        <w:t>______________________________________________________________</w:t>
      </w:r>
      <w:r>
        <w:br/>
        <w:t>______________________________________________________________</w:t>
      </w:r>
    </w:p>
    <w:p w14:paraId="4E1747A9" w14:textId="77777777" w:rsidR="00673F45" w:rsidRDefault="00000000">
      <w:r>
        <w:t>What is your favorite candy, chocolate, or dessert?</w:t>
      </w:r>
    </w:p>
    <w:p w14:paraId="6E24EDD1" w14:textId="77777777" w:rsidR="00673F45" w:rsidRDefault="00000000">
      <w:r>
        <w:t>______________________________________________________________</w:t>
      </w:r>
      <w:r>
        <w:br/>
        <w:t>______________________________________________________________</w:t>
      </w:r>
    </w:p>
    <w:p w14:paraId="19C45973" w14:textId="77777777" w:rsidR="00673F45" w:rsidRDefault="00000000">
      <w:r>
        <w:t>Describe a time you went above and beyond for someone.</w:t>
      </w:r>
    </w:p>
    <w:p w14:paraId="1CA84142" w14:textId="77777777" w:rsidR="00673F45" w:rsidRDefault="00000000">
      <w:r>
        <w:t>______________________________________________________________</w:t>
      </w:r>
      <w:r>
        <w:br/>
        <w:t>______________________________________________________________</w:t>
      </w:r>
    </w:p>
    <w:p w14:paraId="7DDC4874" w14:textId="77777777" w:rsidR="00673F45" w:rsidRDefault="00000000">
      <w:pPr>
        <w:pStyle w:val="Heading2"/>
      </w:pPr>
      <w:r>
        <w:t>References</w:t>
      </w:r>
    </w:p>
    <w:p w14:paraId="06D49549" w14:textId="77777777" w:rsidR="00673F45" w:rsidRDefault="00000000">
      <w:pPr>
        <w:pStyle w:val="Heading3"/>
      </w:pPr>
      <w:r>
        <w:t>Reference #1</w:t>
      </w:r>
    </w:p>
    <w:p w14:paraId="246FD0D6" w14:textId="77777777" w:rsidR="00673F45" w:rsidRDefault="00000000">
      <w:r>
        <w:rPr>
          <w:b/>
        </w:rPr>
        <w:t>Name:</w:t>
      </w:r>
      <w:r>
        <w:t xml:space="preserve"> __________________________________________________</w:t>
      </w:r>
    </w:p>
    <w:p w14:paraId="70AB67DF" w14:textId="77777777" w:rsidR="00673F45" w:rsidRDefault="00000000">
      <w:r>
        <w:rPr>
          <w:b/>
        </w:rPr>
        <w:t>Relationship:</w:t>
      </w:r>
      <w:r>
        <w:t xml:space="preserve"> __________________________________________________</w:t>
      </w:r>
    </w:p>
    <w:p w14:paraId="7ABCD6CF" w14:textId="77777777" w:rsidR="00673F45" w:rsidRDefault="00000000">
      <w:r>
        <w:rPr>
          <w:b/>
        </w:rPr>
        <w:t>Phone:</w:t>
      </w:r>
      <w:r>
        <w:t xml:space="preserve"> __________________________________________________</w:t>
      </w:r>
    </w:p>
    <w:p w14:paraId="3989CCB1" w14:textId="77777777" w:rsidR="00673F45" w:rsidRDefault="00000000">
      <w:pPr>
        <w:pStyle w:val="Heading3"/>
      </w:pPr>
      <w:r>
        <w:t>Reference #2</w:t>
      </w:r>
    </w:p>
    <w:p w14:paraId="767E8820" w14:textId="77777777" w:rsidR="00673F45" w:rsidRDefault="00000000">
      <w:r>
        <w:rPr>
          <w:b/>
        </w:rPr>
        <w:t>Name:</w:t>
      </w:r>
      <w:r>
        <w:t xml:space="preserve"> __________________________________________________</w:t>
      </w:r>
    </w:p>
    <w:p w14:paraId="6F392E0E" w14:textId="77777777" w:rsidR="00673F45" w:rsidRDefault="00000000">
      <w:r>
        <w:rPr>
          <w:b/>
        </w:rPr>
        <w:t>Relationship:</w:t>
      </w:r>
      <w:r>
        <w:t xml:space="preserve"> __________________________________________________</w:t>
      </w:r>
    </w:p>
    <w:p w14:paraId="7FA8C7CB" w14:textId="77777777" w:rsidR="00673F45" w:rsidRDefault="00000000">
      <w:r>
        <w:rPr>
          <w:b/>
        </w:rPr>
        <w:t>Phone:</w:t>
      </w:r>
      <w:r>
        <w:t xml:space="preserve"> __________________________________________________</w:t>
      </w:r>
    </w:p>
    <w:p w14:paraId="0905A891" w14:textId="77777777" w:rsidR="00673F45" w:rsidRDefault="00000000">
      <w:pPr>
        <w:pStyle w:val="Heading3"/>
      </w:pPr>
      <w:r>
        <w:t>Reference #3</w:t>
      </w:r>
    </w:p>
    <w:p w14:paraId="392072DB" w14:textId="77777777" w:rsidR="00673F45" w:rsidRDefault="00000000">
      <w:r>
        <w:rPr>
          <w:b/>
        </w:rPr>
        <w:t>Name:</w:t>
      </w:r>
      <w:r>
        <w:t xml:space="preserve"> __________________________________________________</w:t>
      </w:r>
    </w:p>
    <w:p w14:paraId="2CE30D88" w14:textId="77777777" w:rsidR="00673F45" w:rsidRDefault="00000000">
      <w:r>
        <w:rPr>
          <w:b/>
        </w:rPr>
        <w:t>Relationship:</w:t>
      </w:r>
      <w:r>
        <w:t xml:space="preserve"> __________________________________________________</w:t>
      </w:r>
    </w:p>
    <w:p w14:paraId="1D8AE94F" w14:textId="77777777" w:rsidR="00673F45" w:rsidRDefault="00000000">
      <w:r>
        <w:rPr>
          <w:b/>
        </w:rPr>
        <w:lastRenderedPageBreak/>
        <w:t>Phone:</w:t>
      </w:r>
      <w:r>
        <w:t xml:space="preserve"> __________________________________________________</w:t>
      </w:r>
    </w:p>
    <w:p w14:paraId="75253970" w14:textId="77777777" w:rsidR="00673F45" w:rsidRDefault="00000000">
      <w:pPr>
        <w:pStyle w:val="Heading2"/>
      </w:pPr>
      <w:r>
        <w:t>Applicant Certification</w:t>
      </w:r>
    </w:p>
    <w:p w14:paraId="3019714E" w14:textId="77777777" w:rsidR="00673F45" w:rsidRDefault="00000000">
      <w:r>
        <w:t>I certify that the information on this application is true and complete to the best of my knowledge. I understand that any false information may result in disqualification from employment or termination if hired. If employed, I understand my employment is at-will unless otherwise provided by law.</w:t>
      </w:r>
    </w:p>
    <w:p w14:paraId="5B1C7B4D" w14:textId="77777777" w:rsidR="00673F45" w:rsidRDefault="00000000">
      <w:r>
        <w:rPr>
          <w:b/>
        </w:rPr>
        <w:t>Applicant Signature:</w:t>
      </w:r>
      <w:r>
        <w:t xml:space="preserve"> __________________________________________________</w:t>
      </w:r>
    </w:p>
    <w:p w14:paraId="6EB31B20" w14:textId="77777777" w:rsidR="00673F45" w:rsidRDefault="00000000">
      <w:r>
        <w:rPr>
          <w:b/>
        </w:rPr>
        <w:t>Date:</w:t>
      </w:r>
      <w:r>
        <w:t xml:space="preserve"> __________________________________________________</w:t>
      </w:r>
    </w:p>
    <w:sectPr w:rsidR="00673F45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2481552">
    <w:abstractNumId w:val="8"/>
  </w:num>
  <w:num w:numId="2" w16cid:durableId="1068454155">
    <w:abstractNumId w:val="6"/>
  </w:num>
  <w:num w:numId="3" w16cid:durableId="2143888607">
    <w:abstractNumId w:val="5"/>
  </w:num>
  <w:num w:numId="4" w16cid:durableId="1187871681">
    <w:abstractNumId w:val="4"/>
  </w:num>
  <w:num w:numId="5" w16cid:durableId="326635456">
    <w:abstractNumId w:val="7"/>
  </w:num>
  <w:num w:numId="6" w16cid:durableId="1588266610">
    <w:abstractNumId w:val="3"/>
  </w:num>
  <w:num w:numId="7" w16cid:durableId="1462772589">
    <w:abstractNumId w:val="2"/>
  </w:num>
  <w:num w:numId="8" w16cid:durableId="653484337">
    <w:abstractNumId w:val="1"/>
  </w:num>
  <w:num w:numId="9" w16cid:durableId="96928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5F09"/>
    <w:rsid w:val="0029639D"/>
    <w:rsid w:val="00326F90"/>
    <w:rsid w:val="00673F45"/>
    <w:rsid w:val="007D4DE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4308D1B-7BAB-4BA3-9293-9E307023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5bc488-1115-4e00-8d0f-150744471164" xsi:nil="true"/>
    <lcf76f155ced4ddcb4097134ff3c332f xmlns="b6de43e8-99b7-40b1-8a70-1b32bf22ec6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B79E47D264A408CD5EEFE3E31751C" ma:contentTypeVersion="15" ma:contentTypeDescription="Create a new document." ma:contentTypeScope="" ma:versionID="6d64048856ed902e05ce871f96ab26b1">
  <xsd:schema xmlns:xsd="http://www.w3.org/2001/XMLSchema" xmlns:xs="http://www.w3.org/2001/XMLSchema" xmlns:p="http://schemas.microsoft.com/office/2006/metadata/properties" xmlns:ns2="b6de43e8-99b7-40b1-8a70-1b32bf22ec6b" xmlns:ns3="445bc488-1115-4e00-8d0f-150744471164" targetNamespace="http://schemas.microsoft.com/office/2006/metadata/properties" ma:root="true" ma:fieldsID="34f574aa0c4291c7715d29d0e8cf3658" ns2:_="" ns3:_="">
    <xsd:import namespace="b6de43e8-99b7-40b1-8a70-1b32bf22ec6b"/>
    <xsd:import namespace="445bc488-1115-4e00-8d0f-150744471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e43e8-99b7-40b1-8a70-1b32bf22e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ae7f026-d1c4-45ca-9ca8-bd3ad1814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bc488-1115-4e00-8d0f-15074447116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3f93659-3d70-4413-9bc8-4aea1c7ba40b}" ma:internalName="TaxCatchAll" ma:showField="CatchAllData" ma:web="445bc488-1115-4e00-8d0f-150744471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7C068-4438-4C5E-9670-D0D7F25D2115}">
  <ds:schemaRefs>
    <ds:schemaRef ds:uri="http://schemas.microsoft.com/office/2006/metadata/properties"/>
    <ds:schemaRef ds:uri="http://schemas.microsoft.com/office/infopath/2007/PartnerControls"/>
    <ds:schemaRef ds:uri="445bc488-1115-4e00-8d0f-150744471164"/>
    <ds:schemaRef ds:uri="b6de43e8-99b7-40b1-8a70-1b32bf22ec6b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8F635B-6EFB-4344-AC39-D5B0494183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A3ACB-1B7E-4E76-88CB-7E09D3AAB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e43e8-99b7-40b1-8a70-1b32bf22ec6b"/>
    <ds:schemaRef ds:uri="445bc488-1115-4e00-8d0f-150744471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Shop Candy Lady</cp:lastModifiedBy>
  <cp:revision>2</cp:revision>
  <dcterms:created xsi:type="dcterms:W3CDTF">2013-12-23T23:15:00Z</dcterms:created>
  <dcterms:modified xsi:type="dcterms:W3CDTF">2026-07-31T04:06:00Z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0x010100EB8B79E47D264A408CD5EEFE3E31751C</vt:lpwstr>
  </property>
  <property fmtid="{D5CDD505-2E9C-101B-9397-08002B2CF9AE}" pid="3" name="MediaServiceImageTags">
    <vt:lpwstr/>
  </property>
</Properties>
</file>